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008EA" w14:textId="77777777" w:rsidR="00EE45A0" w:rsidRPr="00EE45A0" w:rsidRDefault="00EE45A0" w:rsidP="00EE45A0">
      <w:pPr>
        <w:spacing w:after="600"/>
        <w:rPr>
          <w:rFonts w:ascii="Times New Roman" w:hAnsi="Times New Roman" w:cs="Times New Roman"/>
          <w:lang w:val="el-GR"/>
        </w:rPr>
      </w:pPr>
      <w:r>
        <w:rPr>
          <w:rFonts w:ascii="Times New Roman" w:hAnsi="Times New Roman" w:cs="Times New Roman"/>
          <w:lang w:val="el-GR"/>
        </w:rPr>
        <w:t>Αθήνα, 23 Σεπτεμβρίου 2026</w:t>
      </w:r>
    </w:p>
    <w:p w14:paraId="1732A84A" w14:textId="77777777" w:rsidR="00290591" w:rsidRPr="00EE45A0" w:rsidRDefault="00992031">
      <w:pPr>
        <w:spacing w:after="120"/>
        <w:jc w:val="center"/>
        <w:rPr>
          <w:rFonts w:ascii="Times New Roman" w:hAnsi="Times New Roman" w:cs="Times New Roman"/>
          <w:sz w:val="40"/>
          <w:szCs w:val="40"/>
          <w:lang w:val="el-GR"/>
        </w:rPr>
      </w:pPr>
      <w:r w:rsidRPr="00EE45A0">
        <w:rPr>
          <w:rFonts w:ascii="Times New Roman" w:hAnsi="Times New Roman" w:cs="Times New Roman"/>
          <w:b/>
          <w:sz w:val="40"/>
          <w:szCs w:val="40"/>
          <w:lang w:val="el-GR"/>
        </w:rPr>
        <w:t>ΑΝΑΚΟΙΝΩΣΗ</w:t>
      </w:r>
    </w:p>
    <w:p w14:paraId="0D6EE9F7" w14:textId="77777777" w:rsidR="00290591" w:rsidRPr="00EE45A0" w:rsidRDefault="00992031">
      <w:pPr>
        <w:spacing w:after="440"/>
        <w:jc w:val="center"/>
        <w:rPr>
          <w:rFonts w:ascii="Times New Roman" w:hAnsi="Times New Roman" w:cs="Times New Roman"/>
          <w:sz w:val="40"/>
          <w:szCs w:val="40"/>
          <w:lang w:val="el-GR"/>
        </w:rPr>
      </w:pPr>
      <w:r w:rsidRPr="00EE45A0">
        <w:rPr>
          <w:rFonts w:ascii="Times New Roman" w:hAnsi="Times New Roman" w:cs="Times New Roman"/>
          <w:b/>
          <w:sz w:val="40"/>
          <w:szCs w:val="40"/>
          <w:lang w:val="el-GR"/>
        </w:rPr>
        <w:t>ΕΙΔΙΚΟΤΗΤΑΣ ΠΟΔΟΣΦΑΙΡΟΥ 2026–2027</w:t>
      </w:r>
    </w:p>
    <w:p w14:paraId="73125C5A" w14:textId="77777777" w:rsidR="00290591" w:rsidRDefault="00992031" w:rsidP="000C4A49">
      <w:pPr>
        <w:spacing w:line="360" w:lineRule="auto"/>
        <w:jc w:val="both"/>
        <w:rPr>
          <w:rFonts w:ascii="Times New Roman" w:hAnsi="Times New Roman" w:cs="Times New Roman"/>
          <w:lang w:val="el-GR"/>
        </w:rPr>
      </w:pPr>
      <w:r w:rsidRPr="000C4A49">
        <w:rPr>
          <w:rFonts w:ascii="Times New Roman" w:hAnsi="Times New Roman" w:cs="Times New Roman"/>
          <w:lang w:val="el-GR"/>
        </w:rPr>
        <w:t>Οι φοιτητές και οι φοιτήτριες που έχουν δηλώσει ότι επιθυμούν να παρακολουθήσουν την Ειδικότητα Ποδοσφαίρου κατά το ακαδημαϊκό έτος 2026–2027, παρακαλούνται να προσέλθουν στο Μικρό Αμφιθέατρο την Τρίτη 29 Σεπτεμβρίου 2026 και ώρα 12:00, προκειμένου να ενημερωθούν για οργανωτικά ζητήματα ενόψει της έναρξης των μαθημάτων της νέας ακαδημαϊκής χρονιάς.</w:t>
      </w:r>
    </w:p>
    <w:p w14:paraId="226DEEAB" w14:textId="77777777" w:rsidR="00992031" w:rsidRPr="000C4A49" w:rsidRDefault="00992031" w:rsidP="000C4A49">
      <w:pPr>
        <w:spacing w:line="360" w:lineRule="auto"/>
        <w:jc w:val="both"/>
        <w:rPr>
          <w:rFonts w:ascii="Times New Roman" w:hAnsi="Times New Roman" w:cs="Times New Roman"/>
          <w:lang w:val="el-GR"/>
        </w:rPr>
      </w:pPr>
    </w:p>
    <w:p w14:paraId="6E69E744" w14:textId="77777777" w:rsidR="00290591" w:rsidRPr="00EE45A0" w:rsidRDefault="00992031" w:rsidP="000C4A49">
      <w:pPr>
        <w:spacing w:after="160"/>
        <w:jc w:val="right"/>
        <w:rPr>
          <w:rFonts w:ascii="Times New Roman" w:hAnsi="Times New Roman" w:cs="Times New Roman"/>
          <w:lang w:val="el-GR"/>
        </w:rPr>
      </w:pPr>
      <w:r w:rsidRPr="00EE45A0">
        <w:rPr>
          <w:rFonts w:ascii="Times New Roman" w:hAnsi="Times New Roman" w:cs="Times New Roman"/>
          <w:lang w:val="el-GR"/>
        </w:rPr>
        <w:t xml:space="preserve">Ο Υπεύθυνος </w:t>
      </w:r>
      <w:r w:rsidR="00362BBD">
        <w:rPr>
          <w:rFonts w:ascii="Times New Roman" w:hAnsi="Times New Roman" w:cs="Times New Roman"/>
          <w:lang w:val="el-GR"/>
        </w:rPr>
        <w:t>της Ειδικότητας Ποδοσφαίρου</w:t>
      </w:r>
    </w:p>
    <w:p w14:paraId="6FDA110A" w14:textId="77777777" w:rsidR="00C56EEE" w:rsidRDefault="00EE45A0" w:rsidP="00362BBD">
      <w:pPr>
        <w:spacing w:after="0"/>
        <w:jc w:val="center"/>
        <w:rPr>
          <w:rFonts w:ascii="Times New Roman" w:hAnsi="Times New Roman" w:cs="Times New Roman"/>
          <w:lang w:val="el-GR"/>
        </w:rPr>
      </w:pPr>
      <w:r w:rsidRPr="00362BBD">
        <w:rPr>
          <w:rFonts w:ascii="Times New Roman" w:hAnsi="Times New Roman" w:cs="Times New Roman"/>
          <w:lang w:val="el-GR"/>
        </w:rPr>
        <w:t xml:space="preserve">                                      </w:t>
      </w:r>
      <w:r w:rsidR="00362BBD" w:rsidRPr="00362BBD">
        <w:rPr>
          <w:rFonts w:ascii="Times New Roman" w:hAnsi="Times New Roman" w:cs="Times New Roman"/>
          <w:lang w:val="el-GR"/>
        </w:rPr>
        <w:t xml:space="preserve">   </w:t>
      </w:r>
    </w:p>
    <w:p w14:paraId="1BCC97DC" w14:textId="77777777" w:rsidR="00290591" w:rsidRPr="00362BBD" w:rsidRDefault="00C56EEE" w:rsidP="00362BBD">
      <w:pPr>
        <w:spacing w:after="0"/>
        <w:jc w:val="center"/>
        <w:rPr>
          <w:rFonts w:ascii="Times New Roman" w:hAnsi="Times New Roman" w:cs="Times New Roman"/>
          <w:lang w:val="el-GR"/>
        </w:rPr>
      </w:pPr>
      <w:r>
        <w:rPr>
          <w:rFonts w:ascii="Times New Roman" w:hAnsi="Times New Roman" w:cs="Times New Roman"/>
          <w:lang w:val="el-GR"/>
        </w:rPr>
        <w:t xml:space="preserve">                                         </w:t>
      </w:r>
      <w:r w:rsidR="00362BBD">
        <w:rPr>
          <w:rFonts w:ascii="Times New Roman" w:hAnsi="Times New Roman" w:cs="Times New Roman"/>
          <w:lang w:val="el-GR"/>
        </w:rPr>
        <w:t xml:space="preserve"> </w:t>
      </w:r>
      <w:r w:rsidR="00EE45A0" w:rsidRPr="00362BBD">
        <w:rPr>
          <w:rFonts w:ascii="Times New Roman" w:hAnsi="Times New Roman" w:cs="Times New Roman"/>
          <w:lang w:val="el-GR"/>
        </w:rPr>
        <w:t xml:space="preserve">  </w:t>
      </w:r>
      <w:r w:rsidR="00992031" w:rsidRPr="000C4A49">
        <w:rPr>
          <w:rFonts w:ascii="Times New Roman" w:hAnsi="Times New Roman" w:cs="Times New Roman"/>
          <w:lang w:val="el-GR"/>
        </w:rPr>
        <w:t xml:space="preserve">Αθανάσιος </w:t>
      </w:r>
      <w:proofErr w:type="spellStart"/>
      <w:r w:rsidR="00992031" w:rsidRPr="000C4A49">
        <w:rPr>
          <w:rFonts w:ascii="Times New Roman" w:hAnsi="Times New Roman" w:cs="Times New Roman"/>
          <w:lang w:val="el-GR"/>
        </w:rPr>
        <w:t>Σουγλής</w:t>
      </w:r>
      <w:proofErr w:type="spellEnd"/>
    </w:p>
    <w:p w14:paraId="12EA83B4" w14:textId="77777777" w:rsidR="00EE45A0" w:rsidRPr="00EE45A0" w:rsidRDefault="00EE45A0" w:rsidP="00362BBD">
      <w:pPr>
        <w:spacing w:after="0"/>
        <w:jc w:val="center"/>
        <w:rPr>
          <w:rFonts w:ascii="Times New Roman" w:hAnsi="Times New Roman" w:cs="Times New Roman"/>
          <w:lang w:val="el-GR"/>
        </w:rPr>
      </w:pPr>
      <w:r w:rsidRPr="00362BBD">
        <w:rPr>
          <w:rFonts w:ascii="Times New Roman" w:hAnsi="Times New Roman" w:cs="Times New Roman"/>
          <w:lang w:val="el-GR"/>
        </w:rPr>
        <w:t xml:space="preserve">                            </w:t>
      </w:r>
      <w:r w:rsidR="00362BBD">
        <w:rPr>
          <w:rFonts w:ascii="Times New Roman" w:hAnsi="Times New Roman" w:cs="Times New Roman"/>
          <w:lang w:val="el-GR"/>
        </w:rPr>
        <w:t xml:space="preserve">                   </w:t>
      </w:r>
      <w:r>
        <w:rPr>
          <w:rFonts w:ascii="Times New Roman" w:hAnsi="Times New Roman" w:cs="Times New Roman"/>
          <w:lang w:val="el-GR"/>
        </w:rPr>
        <w:t>Επίκουρος Καθηγητής</w:t>
      </w:r>
    </w:p>
    <w:sectPr w:rsidR="00EE45A0" w:rsidRPr="00EE45A0" w:rsidSect="00034616">
      <w:pgSz w:w="12240" w:h="15840"/>
      <w:pgMar w:top="1417" w:right="1531" w:bottom="1417" w:left="153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347053554">
    <w:abstractNumId w:val="8"/>
  </w:num>
  <w:num w:numId="2" w16cid:durableId="1448742201">
    <w:abstractNumId w:val="6"/>
  </w:num>
  <w:num w:numId="3" w16cid:durableId="863322931">
    <w:abstractNumId w:val="5"/>
  </w:num>
  <w:num w:numId="4" w16cid:durableId="1193110958">
    <w:abstractNumId w:val="4"/>
  </w:num>
  <w:num w:numId="5" w16cid:durableId="1050494858">
    <w:abstractNumId w:val="7"/>
  </w:num>
  <w:num w:numId="6" w16cid:durableId="1135026023">
    <w:abstractNumId w:val="3"/>
  </w:num>
  <w:num w:numId="7" w16cid:durableId="1987663271">
    <w:abstractNumId w:val="2"/>
  </w:num>
  <w:num w:numId="8" w16cid:durableId="369767028">
    <w:abstractNumId w:val="1"/>
  </w:num>
  <w:num w:numId="9" w16cid:durableId="2082560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7973"/>
    <w:rsid w:val="00034616"/>
    <w:rsid w:val="0006063C"/>
    <w:rsid w:val="000C4A49"/>
    <w:rsid w:val="0015074B"/>
    <w:rsid w:val="00290591"/>
    <w:rsid w:val="0029639D"/>
    <w:rsid w:val="00326F90"/>
    <w:rsid w:val="00362BBD"/>
    <w:rsid w:val="00992031"/>
    <w:rsid w:val="00A53BF9"/>
    <w:rsid w:val="00AA1D8D"/>
    <w:rsid w:val="00B47730"/>
    <w:rsid w:val="00C53E18"/>
    <w:rsid w:val="00C56EEE"/>
    <w:rsid w:val="00CB0664"/>
    <w:rsid w:val="00D36D28"/>
    <w:rsid w:val="00EE45A0"/>
    <w:rsid w:val="00FC693F"/>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0002A5"/>
  <w15:docId w15:val="{48C3F391-35AB-4326-94AC-EFBC1CF54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rial" w:eastAsia="Arial" w:hAnsi="Arial"/>
      <w:sz w:val="24"/>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0C8DD4-C07D-4BED-8C1C-1E0E541FD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99</Words>
  <Characters>536</Characters>
  <Application>Microsoft Office Word</Application>
  <DocSecurity>0</DocSecurity>
  <Lines>4</Lines>
  <Paragraphs>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Konstantina Markou</cp:lastModifiedBy>
  <cp:revision>2</cp:revision>
  <dcterms:created xsi:type="dcterms:W3CDTF">2026-09-23T05:13:00Z</dcterms:created>
  <dcterms:modified xsi:type="dcterms:W3CDTF">2026-09-23T05:13:00Z</dcterms:modified>
</cp:coreProperties>
</file>